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148" w:rsidRDefault="00A639B4">
      <w:pPr>
        <w:pStyle w:val="Tytu"/>
        <w:jc w:val="center"/>
      </w:pPr>
      <w:r>
        <w:t>WNIOSEK O UDOSTĘPNIENIE MATERIAŁU PRZEKAZANEGO</w:t>
      </w:r>
      <w:r>
        <w:br/>
        <w:t>DO ARCHIWUM PAŃSTWOWEGO</w:t>
      </w:r>
      <w:r w:rsidR="002720C2">
        <w:t xml:space="preserve"> W OLSZTYNIE</w:t>
      </w:r>
    </w:p>
    <w:p w:rsidR="00924148" w:rsidRDefault="00A639B4">
      <w:pPr>
        <w:spacing w:after="160"/>
        <w:jc w:val="center"/>
      </w:pPr>
      <w:r>
        <w:rPr>
          <w:color w:val="666666"/>
          <w:sz w:val="18"/>
        </w:rPr>
        <w:t>Polskie Radio – Regionalna Rozgłośnia w Olsztynie „Radio Olsztyn” S.A. w likwidacji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924148">
        <w:trPr>
          <w:jc w:val="center"/>
        </w:trPr>
        <w:tc>
          <w:tcPr>
            <w:tcW w:w="9865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color w:val="666666"/>
                <w:sz w:val="17"/>
              </w:rPr>
              <w:t>Przed złoże</w:t>
            </w:r>
            <w:r w:rsidR="002720C2">
              <w:rPr>
                <w:color w:val="666666"/>
                <w:sz w:val="17"/>
              </w:rPr>
              <w:t>niem wniosku należy w</w:t>
            </w:r>
            <w:r>
              <w:rPr>
                <w:color w:val="666666"/>
                <w:sz w:val="17"/>
              </w:rPr>
              <w:t xml:space="preserve"> Archiwum Państwowym </w:t>
            </w:r>
            <w:r w:rsidR="002720C2">
              <w:rPr>
                <w:color w:val="666666"/>
                <w:sz w:val="17"/>
              </w:rPr>
              <w:t xml:space="preserve">w Olsztynie </w:t>
            </w:r>
            <w:bookmarkStart w:id="0" w:name="_GoBack"/>
            <w:bookmarkEnd w:id="0"/>
            <w:r>
              <w:rPr>
                <w:color w:val="666666"/>
                <w:sz w:val="17"/>
              </w:rPr>
              <w:t>ustalić dane pozwalające na jednoznaczną identyfikację materiału, w szczególności sygnaturę archiwalną. Radio nie ustala sygnatur, nie przeszukuje inwentarzy Archiwum Państwowego i nie prowadzi tam kwerend.</w:t>
            </w:r>
          </w:p>
        </w:tc>
      </w:tr>
      <w:tr w:rsidR="00924148">
        <w:trPr>
          <w:jc w:val="center"/>
        </w:trPr>
        <w:tc>
          <w:tcPr>
            <w:tcW w:w="9865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b/>
                <w:color w:val="1F4E79"/>
                <w:sz w:val="20"/>
              </w:rPr>
              <w:t>1. DANE WNIOSKODAWCY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17"/>
      </w:tblGrid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C14EA4">
            <w:r>
              <w:rPr>
                <w:b/>
              </w:rPr>
              <w:t>Imię i nazwisko/</w:t>
            </w:r>
            <w:r w:rsidR="00A639B4">
              <w:rPr>
                <w:b/>
              </w:rPr>
              <w:t>nazwa podmiotu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Adres / siedziba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NIP (jeżeli dotyczy)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Osoba do kontaktu (jeżeli dotyczy)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Telefon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E-mail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C14EA4">
            <w:r>
              <w:rPr>
                <w:b/>
              </w:rPr>
              <w:t>Dane do faktury/</w:t>
            </w:r>
            <w:r w:rsidR="00A639B4">
              <w:rPr>
                <w:b/>
              </w:rPr>
              <w:t>umowy, jeżeli inne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</w:tc>
      </w:tr>
    </w:tbl>
    <w:p w:rsidR="00924148" w:rsidRDefault="00924148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924148">
        <w:trPr>
          <w:jc w:val="center"/>
        </w:trPr>
        <w:tc>
          <w:tcPr>
            <w:tcW w:w="9865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b/>
                <w:color w:val="1F4E79"/>
                <w:sz w:val="20"/>
              </w:rPr>
              <w:t>2. DANE EWIDENCYJNE I IDENTYFIKACYJNE MATERIAŁU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17"/>
      </w:tblGrid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Sygnatura archiwalna (wymagana)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Nazwa zespołu, zbioru lub jednostki ewidencyjnej (jeżeli znana)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DC3E5E">
            <w:r>
              <w:rPr>
                <w:b/>
              </w:rPr>
              <w:t>Tytuł materiału /</w:t>
            </w:r>
            <w:r w:rsidR="00A639B4">
              <w:rPr>
                <w:b/>
              </w:rPr>
              <w:t>audycji lub opis jednostki archiwalnej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Data emisji, data wytworzenia lub możliwie dokładny okres powstania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Inne dane potrzebne do odszukania lub technicznego przygotowania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</w:tc>
      </w:tr>
    </w:tbl>
    <w:p w:rsidR="00924148" w:rsidRDefault="00924148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924148">
        <w:trPr>
          <w:jc w:val="center"/>
        </w:trPr>
        <w:tc>
          <w:tcPr>
            <w:tcW w:w="9865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b/>
                <w:color w:val="1F4E79"/>
                <w:sz w:val="20"/>
              </w:rPr>
              <w:t>3. CEL, CHARAKTER I PLANOWANY SPOSÓB WYKORZYSTANIA</w:t>
            </w:r>
          </w:p>
        </w:tc>
      </w:tr>
    </w:tbl>
    <w:p w:rsidR="00924148" w:rsidRDefault="00A639B4">
      <w:r>
        <w:rPr>
          <w:b/>
        </w:rPr>
        <w:t>Cel udostępnienia oraz dokładny opis planowanego sposobu wykorzystania materiału: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1"/>
        <w:gridCol w:w="8504"/>
      </w:tblGrid>
      <w:tr w:rsidR="00924148">
        <w:trPr>
          <w:cantSplit/>
          <w:jc w:val="center"/>
        </w:trPr>
        <w:tc>
          <w:tcPr>
            <w:tcW w:w="1361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lastRenderedPageBreak/>
              <w:t>Opis</w:t>
            </w:r>
          </w:p>
        </w:tc>
        <w:tc>
          <w:tcPr>
            <w:tcW w:w="850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</w:tc>
      </w:tr>
    </w:tbl>
    <w:p w:rsidR="00924148" w:rsidRDefault="00924148">
      <w:pPr>
        <w:spacing w:after="0"/>
      </w:pPr>
    </w:p>
    <w:p w:rsidR="00BD532E" w:rsidRPr="00BD532E" w:rsidRDefault="00BD532E" w:rsidP="00BD532E">
      <w:pPr>
        <w:pStyle w:val="NormalnyWeb"/>
        <w:spacing w:before="0" w:beforeAutospacing="0"/>
        <w:rPr>
          <w:rFonts w:ascii="Arial" w:hAnsi="Arial" w:cs="Arial"/>
          <w:sz w:val="19"/>
          <w:szCs w:val="19"/>
        </w:rPr>
      </w:pPr>
      <w:r w:rsidRPr="00BD532E">
        <w:rPr>
          <w:rFonts w:ascii="Arial" w:hAnsi="Arial" w:cs="Arial"/>
          <w:b/>
          <w:bCs/>
          <w:sz w:val="19"/>
          <w:szCs w:val="19"/>
        </w:rPr>
        <w:t>Proszę wskazać cel wykorzystania materiału (należy zaznaczyć jedną odpowiedź):</w:t>
      </w:r>
    </w:p>
    <w:p w:rsidR="00BD532E" w:rsidRPr="00BD532E" w:rsidRDefault="00BD532E" w:rsidP="00BD532E">
      <w:pPr>
        <w:pStyle w:val="NormalnyWeb"/>
        <w:spacing w:before="0" w:beforeAutospacing="0" w:after="40" w:afterAutospacing="0"/>
        <w:rPr>
          <w:rFonts w:ascii="Arial" w:hAnsi="Arial" w:cs="Arial"/>
          <w:sz w:val="19"/>
          <w:szCs w:val="19"/>
        </w:rPr>
      </w:pPr>
      <w:r w:rsidRPr="00BD532E">
        <w:rPr>
          <w:rFonts w:ascii="Segoe UI Symbol" w:hAnsi="Segoe UI Symbol" w:cs="Segoe UI Symbol"/>
          <w:b/>
          <w:bCs/>
          <w:sz w:val="19"/>
          <w:szCs w:val="19"/>
        </w:rPr>
        <w:t>☐</w:t>
      </w:r>
      <w:r w:rsidRPr="00BD532E">
        <w:rPr>
          <w:rFonts w:ascii="Arial" w:hAnsi="Arial" w:cs="Arial"/>
          <w:b/>
          <w:bCs/>
          <w:sz w:val="19"/>
          <w:szCs w:val="19"/>
        </w:rPr>
        <w:t xml:space="preserve"> </w:t>
      </w:r>
      <w:r w:rsidRPr="00BD532E">
        <w:rPr>
          <w:rFonts w:ascii="Arial" w:hAnsi="Arial" w:cs="Arial"/>
          <w:sz w:val="19"/>
          <w:szCs w:val="19"/>
        </w:rPr>
        <w:t xml:space="preserve">cele badawcze lub własny użytek </w:t>
      </w:r>
    </w:p>
    <w:p w:rsidR="00BD532E" w:rsidRPr="00BD532E" w:rsidRDefault="00BD532E" w:rsidP="00BD532E">
      <w:pPr>
        <w:pStyle w:val="NormalnyWeb"/>
        <w:spacing w:before="0" w:beforeAutospacing="0" w:after="40" w:afterAutospacing="0"/>
        <w:rPr>
          <w:rFonts w:ascii="Arial" w:hAnsi="Arial" w:cs="Arial"/>
          <w:sz w:val="19"/>
          <w:szCs w:val="19"/>
        </w:rPr>
      </w:pPr>
      <w:r w:rsidRPr="00BD532E">
        <w:rPr>
          <w:rFonts w:ascii="Segoe UI Symbol" w:hAnsi="Segoe UI Symbol" w:cs="Segoe UI Symbol"/>
          <w:b/>
          <w:bCs/>
          <w:sz w:val="19"/>
          <w:szCs w:val="19"/>
        </w:rPr>
        <w:t>☐</w:t>
      </w:r>
      <w:r w:rsidRPr="00BD532E">
        <w:rPr>
          <w:rFonts w:ascii="Arial" w:hAnsi="Arial" w:cs="Arial"/>
          <w:b/>
          <w:bCs/>
          <w:sz w:val="19"/>
          <w:szCs w:val="19"/>
        </w:rPr>
        <w:t xml:space="preserve"> </w:t>
      </w:r>
      <w:r w:rsidRPr="00BD532E">
        <w:rPr>
          <w:rFonts w:ascii="Arial" w:hAnsi="Arial" w:cs="Arial"/>
          <w:sz w:val="19"/>
          <w:szCs w:val="19"/>
        </w:rPr>
        <w:t xml:space="preserve">cele edukacyjne </w:t>
      </w:r>
    </w:p>
    <w:p w:rsidR="00BD532E" w:rsidRPr="00BD532E" w:rsidRDefault="00BD532E" w:rsidP="00BD532E">
      <w:pPr>
        <w:pStyle w:val="NormalnyWeb"/>
        <w:spacing w:before="0" w:beforeAutospacing="0" w:after="40" w:afterAutospacing="0"/>
        <w:rPr>
          <w:rFonts w:ascii="Arial" w:hAnsi="Arial" w:cs="Arial"/>
          <w:sz w:val="19"/>
          <w:szCs w:val="19"/>
        </w:rPr>
      </w:pPr>
      <w:r w:rsidRPr="00BD532E">
        <w:rPr>
          <w:rFonts w:ascii="Segoe UI Symbol" w:hAnsi="Segoe UI Symbol" w:cs="Segoe UI Symbol"/>
          <w:b/>
          <w:bCs/>
          <w:sz w:val="19"/>
          <w:szCs w:val="19"/>
        </w:rPr>
        <w:t>☐</w:t>
      </w:r>
      <w:r w:rsidRPr="00BD532E">
        <w:rPr>
          <w:rFonts w:ascii="Arial" w:hAnsi="Arial" w:cs="Arial"/>
          <w:b/>
          <w:bCs/>
          <w:sz w:val="19"/>
          <w:szCs w:val="19"/>
        </w:rPr>
        <w:t xml:space="preserve"> </w:t>
      </w:r>
      <w:r w:rsidRPr="00BD532E">
        <w:rPr>
          <w:rFonts w:ascii="Arial" w:hAnsi="Arial" w:cs="Arial"/>
          <w:sz w:val="19"/>
          <w:szCs w:val="19"/>
        </w:rPr>
        <w:t xml:space="preserve">cele komercyjne </w:t>
      </w:r>
    </w:p>
    <w:p w:rsidR="00924148" w:rsidRDefault="00924148">
      <w:pPr>
        <w:spacing w:after="20"/>
        <w:ind w:left="113" w:hanging="113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924148">
        <w:trPr>
          <w:jc w:val="center"/>
        </w:trPr>
        <w:tc>
          <w:tcPr>
            <w:tcW w:w="9865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b/>
                <w:color w:val="1F4E79"/>
                <w:sz w:val="20"/>
              </w:rPr>
              <w:t>4. OCZEKIWANA FORMA UDOSTĘPNIENIA</w:t>
            </w:r>
          </w:p>
        </w:tc>
      </w:tr>
    </w:tbl>
    <w:p w:rsidR="00924148" w:rsidRDefault="00A639B4">
      <w:pPr>
        <w:spacing w:after="40"/>
        <w:ind w:left="113" w:hanging="113"/>
      </w:pPr>
      <w:r>
        <w:rPr>
          <w:b/>
        </w:rPr>
        <w:t xml:space="preserve">☐ </w:t>
      </w:r>
      <w:r>
        <w:t>wgląd w siedzibie Radia w informację o fonogramie z bazy danych prowadzonej przez Radio</w:t>
      </w:r>
    </w:p>
    <w:p w:rsidR="00924148" w:rsidRDefault="00A639B4">
      <w:pPr>
        <w:spacing w:after="40"/>
        <w:ind w:left="113" w:hanging="113"/>
      </w:pPr>
      <w:r>
        <w:rPr>
          <w:b/>
        </w:rPr>
        <w:t xml:space="preserve">☐ </w:t>
      </w:r>
      <w:r>
        <w:t>odsłuch fonogramu w siedzibie Radia, bez prawa utrwalania, kopiowania lub rozpowszechniania</w:t>
      </w:r>
    </w:p>
    <w:p w:rsidR="00924148" w:rsidRDefault="00A639B4">
      <w:pPr>
        <w:spacing w:after="40"/>
        <w:ind w:left="113" w:hanging="113"/>
      </w:pPr>
      <w:r>
        <w:rPr>
          <w:b/>
        </w:rPr>
        <w:t xml:space="preserve">☐ </w:t>
      </w:r>
      <w:r>
        <w:t>kopia użytkowa fonogramu wyłącznie do niepublicznego przesłuchania, bez prawa kopiowania, udostępniania lub innego rozpowszechniania</w:t>
      </w:r>
    </w:p>
    <w:p w:rsidR="00924148" w:rsidRDefault="00A639B4">
      <w:pPr>
        <w:spacing w:after="40"/>
        <w:ind w:left="113" w:hanging="113"/>
      </w:pPr>
      <w:r>
        <w:rPr>
          <w:b/>
        </w:rPr>
        <w:t xml:space="preserve">☐ </w:t>
      </w:r>
      <w:r>
        <w:t>kopia fonogramu wraz z wnioskiem o zgodę albo licencję na publiczne wykorzystanie materiału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17"/>
      </w:tblGrid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Oczekiwany format / sposób przekazania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Planowany termin wykorzystania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</w:tbl>
    <w:p w:rsidR="00924148" w:rsidRDefault="00924148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924148">
        <w:trPr>
          <w:jc w:val="center"/>
        </w:trPr>
        <w:tc>
          <w:tcPr>
            <w:tcW w:w="9865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b/>
                <w:color w:val="1F4E79"/>
                <w:sz w:val="20"/>
              </w:rPr>
              <w:t>5. ZAKRES PLANOWANEGO PUBLICZNEGO WYKORZYSTANIA (jeżeli dotyczy)</w:t>
            </w:r>
          </w:p>
        </w:tc>
      </w:tr>
    </w:tbl>
    <w:p w:rsidR="00924148" w:rsidRDefault="00A639B4">
      <w:r>
        <w:rPr>
          <w:b/>
        </w:rPr>
        <w:t>Planowane pola eksploatacji (można zaznaczyć więcej niż jedną odpowiedź):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zwielokrotnienie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wprowadzenie do obrotu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publiczne odtwarzanie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nadawanie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reemitowanie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udostępnianie w Internecie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publikacja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wykorzystanie w programie radiowym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wykorzystanie w programie telewizyjnym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wykorzystanie w filmie lub innym utworze audiowizualnym</w:t>
      </w:r>
    </w:p>
    <w:p w:rsidR="00924148" w:rsidRDefault="00A639B4">
      <w:pPr>
        <w:spacing w:after="20"/>
        <w:ind w:left="113" w:hanging="113"/>
      </w:pPr>
      <w:r>
        <w:rPr>
          <w:b/>
        </w:rPr>
        <w:t xml:space="preserve">☐ </w:t>
      </w:r>
      <w:r>
        <w:t>inne: ……………………………………………………………………………………………………………………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17"/>
      </w:tblGrid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Miejsce / kanał / tytuł publikacji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Terytorium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Okres wykorzystania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Informacja o zgodach lub licencjach uzyskanych od osób trzecich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</w:tc>
      </w:tr>
    </w:tbl>
    <w:p w:rsidR="00924148" w:rsidRDefault="00924148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924148">
        <w:trPr>
          <w:jc w:val="center"/>
        </w:trPr>
        <w:tc>
          <w:tcPr>
            <w:tcW w:w="9865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b/>
                <w:color w:val="1F4E79"/>
                <w:sz w:val="20"/>
              </w:rPr>
              <w:t>6. OŚWIADCZENIA WNIOSKODAWCY</w:t>
            </w:r>
          </w:p>
        </w:tc>
      </w:tr>
    </w:tbl>
    <w:p w:rsidR="00924148" w:rsidRDefault="00A639B4">
      <w:r>
        <w:rPr>
          <w:b/>
        </w:rPr>
        <w:t>Oświadczam, że:</w:t>
      </w:r>
    </w:p>
    <w:p w:rsidR="00924148" w:rsidRDefault="00A639B4" w:rsidP="00C80AEC">
      <w:pPr>
        <w:pStyle w:val="Akapitzlist"/>
        <w:numPr>
          <w:ilvl w:val="0"/>
          <w:numId w:val="10"/>
        </w:numPr>
        <w:spacing w:after="40"/>
        <w:jc w:val="both"/>
      </w:pPr>
      <w:r>
        <w:t>zapoznałam(-em) się z Regulaminem udostępniania materiałów archiwalnych Radia Olsztyn S.A. w likwidacji, akceptuję jego postanowienia i zobowiązuję się ich przestrzegać;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lastRenderedPageBreak/>
        <w:t>dane identyfikacyjne materiału, w tym sygnaturę archiwalną, ustaliłam(-em) uprzednio we właściwym Archiwum Państwowym i przyjmuję do wiadomości, że Radio nie prowadzi kwerend w zasobie Archiwum Państwowego ani nie ustala sygnatur archiwalnych;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t>informacje podane we wniosku są prawdziwe, a materiał będzie wykorzystywany wyłącznie w celu i zakresie wskazanym we wniosku oraz wynikającym ze zgody Radia albo umowy licencyjnej;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t>przyjmuję do wiadomości, że udostępnienie materiału lub sporządzenie kopii użytkowej nie przenosi praw autorskich ani praw pokrewnych oraz samo w sobie nie stanowi zgody ani licencji na publiczne, komercyjne, medialne, promocyjne, internetowe lub audiowizualne wykorzystanie materiału;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t>zobowiązuję się uzyskać wszelkie wymagane zgody, licencje, zezwolenia i inne uprawnienia od osób trzecich oraz ponoszę odpowiedzialność za zgodność wykorzystania materiału z prawem, Regulaminem, niniejszym wnioskiem, zgodą Radia i umową licencyjną;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t>bez uprzedniej zgody Radia nie będę kopiować, utrwalać, przekazywać osobom trzecim, publikować ani dalej rozpowszechniać kopii użytkowej oraz nie udzielę sublicencji ani nie przeniosę zgody lub licencji;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t>przyjmuję do wiadomości, że udostępnienie materiału, przygotowanie kopii oraz udzielenie zgody lub licencji może być odpłatne zgodnie z obowiązującym Cennikiem albo indywidualną decyzją Radia, a opłaty Radia nie obejmują należności wobec osób trzecich;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t>w razie zgłoszenia wobec Radia roszczeń związanych z wykorzystaniem przeze mnie materiału będę współdziałać z Radiem oraz zwrócę uzasadnione koszty i należności poniesione przez Radio wskutek mojego działania lub zaniechania;</w:t>
      </w:r>
    </w:p>
    <w:p w:rsidR="00924148" w:rsidRDefault="00A639B4" w:rsidP="00B7770E">
      <w:pPr>
        <w:pStyle w:val="Akapitzlist"/>
        <w:numPr>
          <w:ilvl w:val="0"/>
          <w:numId w:val="10"/>
        </w:numPr>
        <w:spacing w:after="40"/>
        <w:jc w:val="both"/>
      </w:pPr>
      <w:r>
        <w:t>akceptuję obowiązek zapłaty kary umownej w wysokości 10 000,00 zł za każde wykorzystanie materiału poza zakresem udzielonej zgody, licencji albo celu określonego we wniosku; zastrzeżenie kary nie wyłącza dochodzenia odszkodowania przewyższającego jej wysokość na zasadach ogólnych.</w:t>
      </w:r>
    </w:p>
    <w:p w:rsidR="00C14EA4" w:rsidRDefault="00C14EA4">
      <w:pPr>
        <w:spacing w:after="40"/>
        <w:ind w:left="113" w:hanging="113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5216"/>
      </w:tblGrid>
      <w:tr w:rsidR="00924148">
        <w:trPr>
          <w:jc w:val="center"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 w:rsidP="00C14EA4">
            <w:pPr>
              <w:jc w:val="center"/>
            </w:pPr>
            <w:r>
              <w:br/>
              <w:t>……………………………………………………………</w:t>
            </w:r>
          </w:p>
        </w:tc>
        <w:tc>
          <w:tcPr>
            <w:tcW w:w="521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jc w:val="center"/>
            </w:pPr>
            <w:r>
              <w:br/>
              <w:t>………………………………………………………………</w:t>
            </w:r>
          </w:p>
        </w:tc>
      </w:tr>
      <w:tr w:rsidR="00924148">
        <w:trPr>
          <w:jc w:val="center"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jc w:val="center"/>
            </w:pPr>
            <w:r>
              <w:rPr>
                <w:color w:val="666666"/>
                <w:sz w:val="16"/>
              </w:rPr>
              <w:t>miejscowość i data</w:t>
            </w:r>
          </w:p>
        </w:tc>
        <w:tc>
          <w:tcPr>
            <w:tcW w:w="521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jc w:val="center"/>
            </w:pPr>
            <w:r>
              <w:rPr>
                <w:color w:val="666666"/>
                <w:sz w:val="16"/>
              </w:rPr>
              <w:t>czytelny podpis Wnioskodawcy / osoby uprawnionej</w:t>
            </w:r>
          </w:p>
        </w:tc>
      </w:tr>
    </w:tbl>
    <w:p w:rsidR="00924148" w:rsidRDefault="00A639B4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5"/>
      </w:tblGrid>
      <w:tr w:rsidR="00924148">
        <w:trPr>
          <w:jc w:val="center"/>
        </w:trPr>
        <w:tc>
          <w:tcPr>
            <w:tcW w:w="9865" w:type="dxa"/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spacing w:after="0"/>
            </w:pPr>
            <w:r>
              <w:rPr>
                <w:b/>
                <w:color w:val="1F4E79"/>
                <w:sz w:val="20"/>
              </w:rPr>
              <w:lastRenderedPageBreak/>
              <w:t>CZĘŚĆ WYPEŁNIANA PRZEZ RADIO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17"/>
      </w:tblGrid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Data wpływu wniosku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Numer w rejestrze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Wniosek kompletny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t>☐ tak     ☐ nie     ☐ wezwanie do uzupełnienia z dnia: ………………………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Materiał zidentyfikowany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t>☐ tak     ☐ nie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B7770E">
            <w:r>
              <w:rPr>
                <w:b/>
              </w:rPr>
              <w:t>Weryfikacja praw/</w:t>
            </w:r>
            <w:r w:rsidR="00A639B4">
              <w:rPr>
                <w:b/>
              </w:rPr>
              <w:t>ograniczeń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B7770E">
            <w:r>
              <w:rPr>
                <w:b/>
              </w:rPr>
              <w:t>Koszt przygotowania</w:t>
            </w:r>
            <w:r w:rsidR="00A639B4">
              <w:rPr>
                <w:b/>
              </w:rPr>
              <w:t>/ udostępnienia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B7770E">
            <w:r>
              <w:rPr>
                <w:b/>
              </w:rPr>
              <w:t>Koszt zgody/</w:t>
            </w:r>
            <w:r w:rsidR="00A639B4">
              <w:rPr>
                <w:b/>
              </w:rPr>
              <w:t>licencji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Sposób i data realizacji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</w:tc>
      </w:tr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r>
              <w:rPr>
                <w:b/>
              </w:rPr>
              <w:t>Uwagi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</w:tc>
      </w:tr>
    </w:tbl>
    <w:p w:rsidR="00924148" w:rsidRDefault="00924148">
      <w:pPr>
        <w:spacing w:after="0"/>
      </w:pPr>
    </w:p>
    <w:p w:rsidR="00924148" w:rsidRDefault="00A639B4">
      <w:pPr>
        <w:spacing w:before="120"/>
      </w:pPr>
      <w:r>
        <w:rPr>
          <w:b/>
        </w:rPr>
        <w:t>Decyzja:</w:t>
      </w:r>
    </w:p>
    <w:p w:rsidR="00924148" w:rsidRDefault="00A639B4">
      <w:pPr>
        <w:spacing w:after="40"/>
        <w:ind w:left="113" w:hanging="113"/>
      </w:pPr>
      <w:r>
        <w:rPr>
          <w:b/>
        </w:rPr>
        <w:t xml:space="preserve">☐ </w:t>
      </w:r>
      <w:r>
        <w:t>zgoda na udostępnienie w zakresie wskazanym poniżej</w:t>
      </w:r>
    </w:p>
    <w:p w:rsidR="00924148" w:rsidRDefault="00A639B4">
      <w:pPr>
        <w:spacing w:after="40"/>
        <w:ind w:left="113" w:hanging="113"/>
      </w:pPr>
      <w:r>
        <w:rPr>
          <w:b/>
        </w:rPr>
        <w:t xml:space="preserve">☐ </w:t>
      </w:r>
      <w:r>
        <w:t>odmowa udostępnienia</w:t>
      </w:r>
    </w:p>
    <w:p w:rsidR="00924148" w:rsidRDefault="00A639B4">
      <w:pPr>
        <w:spacing w:after="40"/>
        <w:ind w:left="113" w:hanging="113"/>
      </w:pPr>
      <w:r>
        <w:rPr>
          <w:b/>
        </w:rPr>
        <w:t xml:space="preserve">☐ </w:t>
      </w:r>
      <w:r>
        <w:t>konie</w:t>
      </w:r>
      <w:r w:rsidR="00B7770E">
        <w:t>czne zawarcie umowy licencyjnej/</w:t>
      </w:r>
      <w:r>
        <w:t>udzielenie odrębnej zgody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917"/>
      </w:tblGrid>
      <w:tr w:rsidR="00924148">
        <w:trPr>
          <w:cantSplit/>
          <w:jc w:val="center"/>
        </w:trPr>
        <w:tc>
          <w:tcPr>
            <w:tcW w:w="2948" w:type="dxa"/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B7770E">
            <w:r>
              <w:rPr>
                <w:b/>
              </w:rPr>
              <w:t>Zakres zgody / uzasadnienie</w:t>
            </w:r>
            <w:r w:rsidR="00A639B4">
              <w:rPr>
                <w:b/>
              </w:rPr>
              <w:t>/ warunki</w:t>
            </w:r>
          </w:p>
        </w:tc>
        <w:tc>
          <w:tcPr>
            <w:tcW w:w="691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924148"/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  <w:p w:rsidR="00924148" w:rsidRDefault="00A639B4">
            <w:r>
              <w:t xml:space="preserve"> </w:t>
            </w:r>
          </w:p>
        </w:tc>
      </w:tr>
    </w:tbl>
    <w:p w:rsidR="00924148" w:rsidRDefault="00924148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5216"/>
      </w:tblGrid>
      <w:tr w:rsidR="00924148">
        <w:trPr>
          <w:jc w:val="center"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 w:rsidP="00C14EA4">
            <w:pPr>
              <w:jc w:val="center"/>
            </w:pPr>
            <w:r>
              <w:br/>
              <w:t>……………………………………………………………</w:t>
            </w:r>
          </w:p>
        </w:tc>
        <w:tc>
          <w:tcPr>
            <w:tcW w:w="521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jc w:val="center"/>
            </w:pPr>
            <w:r>
              <w:br/>
              <w:t>………………………………………………………………</w:t>
            </w:r>
          </w:p>
        </w:tc>
      </w:tr>
      <w:tr w:rsidR="00924148">
        <w:trPr>
          <w:jc w:val="center"/>
        </w:trPr>
        <w:tc>
          <w:tcPr>
            <w:tcW w:w="464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jc w:val="center"/>
            </w:pPr>
            <w:r>
              <w:rPr>
                <w:color w:val="666666"/>
                <w:sz w:val="16"/>
              </w:rPr>
              <w:t>miejscowość i data</w:t>
            </w:r>
          </w:p>
        </w:tc>
        <w:tc>
          <w:tcPr>
            <w:tcW w:w="521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924148" w:rsidRDefault="00A639B4">
            <w:pPr>
              <w:jc w:val="center"/>
            </w:pPr>
            <w:r>
              <w:rPr>
                <w:color w:val="666666"/>
                <w:sz w:val="16"/>
              </w:rPr>
              <w:t>podpis osoby upoważnionej</w:t>
            </w:r>
          </w:p>
        </w:tc>
      </w:tr>
    </w:tbl>
    <w:p w:rsidR="00A639B4" w:rsidRDefault="00A639B4"/>
    <w:sectPr w:rsidR="00A639B4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5" w:right="1020" w:bottom="879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FDF" w:rsidRDefault="00746FDF">
      <w:pPr>
        <w:spacing w:after="0" w:line="240" w:lineRule="auto"/>
      </w:pPr>
      <w:r>
        <w:separator/>
      </w:r>
    </w:p>
  </w:endnote>
  <w:endnote w:type="continuationSeparator" w:id="0">
    <w:p w:rsidR="00746FDF" w:rsidRDefault="0074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B" w:rsidRDefault="006A1D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148" w:rsidRDefault="00A639B4">
    <w:pPr>
      <w:pStyle w:val="Stopka"/>
      <w:jc w:val="right"/>
    </w:pPr>
    <w:r>
      <w:rPr>
        <w:color w:val="666666"/>
        <w:sz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2720C2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B" w:rsidRDefault="006A1D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FDF" w:rsidRDefault="00746FDF">
      <w:pPr>
        <w:spacing w:after="0" w:line="240" w:lineRule="auto"/>
      </w:pPr>
      <w:r>
        <w:separator/>
      </w:r>
    </w:p>
  </w:footnote>
  <w:footnote w:type="continuationSeparator" w:id="0">
    <w:p w:rsidR="00746FDF" w:rsidRDefault="0074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B" w:rsidRDefault="006A1D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148" w:rsidRPr="006A1DDB" w:rsidRDefault="00924148" w:rsidP="006A1DD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B" w:rsidRDefault="006A1D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9B6A9E"/>
    <w:multiLevelType w:val="hybridMultilevel"/>
    <w:tmpl w:val="C85E3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720C2"/>
    <w:rsid w:val="0029639D"/>
    <w:rsid w:val="00326F90"/>
    <w:rsid w:val="005B648D"/>
    <w:rsid w:val="006A1DDB"/>
    <w:rsid w:val="00746FDF"/>
    <w:rsid w:val="00883315"/>
    <w:rsid w:val="00924148"/>
    <w:rsid w:val="00A639B4"/>
    <w:rsid w:val="00AA1D8D"/>
    <w:rsid w:val="00B47730"/>
    <w:rsid w:val="00B7770E"/>
    <w:rsid w:val="00BD532E"/>
    <w:rsid w:val="00BE5390"/>
    <w:rsid w:val="00C14EA4"/>
    <w:rsid w:val="00C80AEC"/>
    <w:rsid w:val="00CB0664"/>
    <w:rsid w:val="00CD2393"/>
    <w:rsid w:val="00DC3E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0FB52AB-651A-4E63-84CD-E67FE2A2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hAnsi="Arial"/>
      <w:color w:val="000000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F4E79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1F4E79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B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EEE98E-B244-49EA-AB2C-9A3647DC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Izabela Szpakowska</cp:lastModifiedBy>
  <cp:revision>9</cp:revision>
  <dcterms:created xsi:type="dcterms:W3CDTF">2013-12-23T23:15:00Z</dcterms:created>
  <dcterms:modified xsi:type="dcterms:W3CDTF">2026-07-27T06:32:00Z</dcterms:modified>
  <cp:category/>
</cp:coreProperties>
</file>